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✍️ פותחים סיפור · סוגרים 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סיפור · סוגרים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ההבדל בין פתיחה, סוף ותפנית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ולהשתמש במילות קישור ובשפה תיאורית עשירה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תכנון סיפור לפי שלבים: דמות, מקום, בעיה, שיא ופתרון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הרגל של בדיקה עצמית לפני סיום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גלגל הפתיחות: פתיחה, סוף ותפנית – מכירים את הגלגל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פתיחה, סוף או תפנית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לכתוב את האמצע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גלגל הפתיחות: פתיחה, סוף ותפנית – מתאימים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יש 90 סופים לצד 160 פתיחות ו-50 תפניות.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תפנית נכתבת לאמצע הסיפור, לא לסוף.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גלגל הפתיחות: פתיחה, סוף ותפנית – משלימים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גלגל הפתיחות: פתיחה, סוף ותפנית – מתאימים 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(מפה, אוצר או שביל מסתורי)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(תעלומה שצריך לפענח)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(חלל, חלליות ועתיד)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(דרקונים וקסמים)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קוביות סיפור והר הסיפור – מכירים את הקוביות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המשחק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כפתור 'לנעילה' ליד כל 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בוחרים רצף ומספרים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קוביות סיפור והר הסיפור – מתאימים שלב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(מציגים את הדמות ואת המקום)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(קורה משהו שמניע את הסיפור קדימה)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(הבעיה נפתרת והמצב משתנה)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קוביות סיפור והר הסיפור – בונים סדר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מחסן מילים: מילות קישור ושפה תיאורית – היכרות עם מילות הקישור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(אחר 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(בנוסף)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(לעומת זאת)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(מפני 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מחסן מילים: מילות קישור ושפה תיאורית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אבל מבטאת ניגוד בין שני חלקי משפט.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המילה 'אם' שייכת לקבוצת מילות התנאי, לא לזמן.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מחסן מילים: מילות קישור ושפה תיאורית – השלמת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מחסן מילים: מילות קישור ושפה תיאורית – שפה ציורית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מחברת כתיבה: מתכננים, כותבים, בודקים – מכירים את שלבי התכנון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מה משתבש בסיפור ומה הדמות צריכה להשיג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שלושה: מתכננים, כותבים, בודקים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מחברת כתיבה: מתכננים, כותבים, בודקים – מתאימים תיבת תכנון לשאלה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 בסיפור? איך הן נראות ומה הן רוצות?)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(איפה זה קורה? מה רואים, שומעים ומריחים?)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(מתי קורה הסיפור? בוקר, לילה, עבר או עתיד?)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מחברת כתיבה: מתכננים, כותבים, בודקים – כותבים ובודקים לפי רשימת התיוג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פתיחה שמציג את הדמות ואת הבעיה בבירור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הגיוני שמשלב שתי מילות קישור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מאגר המשפטים: סוגות ושכבות – זיהוי 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הרפתקה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הרפתקה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תיכון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מאגר המשפטים: סוגות ושכבות – סיווג לפי סוג ושכבה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משפט מסווג גם לפי סוג וגם לפי סוגה ושכבה.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הרפתקה קשורה למסעות ולגילויים.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מאגר המשפטים: סוגות ושכבות – השלמת 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מתח ובלשי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מאגר המשפטים: סוגות ושכבות – חשיבה ויצירה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קוביות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גלגל הפתיחות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שני משפטים הגיוניים שממשיכים את משפט הפתיחה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איזה משפט הוא פתיחה, סוף או תפנית לפי תפקידו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בכתיבה נמצאות לפחות 2-3 מילות קישור מסוגים שונים ותיאור חושי אחד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הסיפור בנוי לפי שלבי הר הסיפור ויש בו בעיה ופתרון ברורים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פרק אחד בכל שיעור, ולהקדיש שיעור אחרון לחיבור כל השלבים בכתיבת סיפור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לקצר את המשימות ולהתמקד ברצף 3 תמונות ובמשפטים קצרים ומנוקדים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כדאי להיעזר במילון בתמונות ובמשפטים פשוטים יותר ללא ניקוד 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שימוש חוזר במחסן המילים בכל פרק, כדי שהתלמידים יפנימו את מילות הקישור והשפה התיאורית לאורך כל החוברת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✍️ פותחים סיפור · סוגרים 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סיפור · סוגרים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הזאת תתרגלו את כל השלבים של כתיבת סיפור: מגרילים משפט השראה, בוחרים דמות ומקום ובעיה, משתמשים במילים מהמחסן, וכותבים ובודקים את הסיפור שלכם. אפשר לעבוד בסדר הפרקים או לבחור כל פעם פרק אחר.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מתח ובלשי  ·  שלם  ·  לכן  ·  כי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גלגל הפתיחות: פתיחה, סוף ותפנית – מכירים את הגלגל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אפשר להגריל בגלגל הפתיחות?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פתיחה, סוף או תפנית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כשמגרילים גם פתיחה וגם סוף, מה המשימה?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לכתוב את האמצע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למחוק את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לצייר תמונה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גלגל הפתיחות: פתיחה, סוף ותפנית – מתאימים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באתר אפשר למצוא גם מאגר של משפטי סוף, לא רק פתיחות.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תפנית היא משפט שמתאים רק לסוף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גלגל הפתיחות: פתיחה, סוף ותפנית – משלימים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כשמגרילים משפט פתיחה, כותבים סיפור __________ בהשראתו.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גלגל הפתיחות: פתיחה, סוף ותפנית – מתאימים 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🧭 הרפתקה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תעלומה שצריך לפענח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🔍 מתח ובלשי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דרקונים וקסמים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🚀 מדע בדיוני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מפה, אוצר או שביל מסתורי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🐉 פנטזיה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חלל, חלליות ועתיד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קוביות סיפור והר הסיפור – מכירים את הקוביות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בקוביות הסיפור יש שלוש קוביות: דמות, מקום ובעיה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לנעול קובייה אחת ולהטיל רק את שתי האחרות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ברצף שלוש התמונות יש התחלה, אמצע וסוף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קוביות סיפור והר הסיפור – מתאימים שלב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הבעיה נפתרת והמצב משתנה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אירוע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מציגים את הדמות ואת המקום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פתרון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קורה משהו שמניע את הסיפור קדימה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קוביות סיפור והר הסיפור – בונים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מחסן מילים: מילות קישור ושפה תיאורית – היכרות עם מילות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זמן ורצף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מפני 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הוספה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לעומת זאת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אחר 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בנוסף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מחסן מילים: מילות קישור ושפה תיאורית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'אבל' שייכת לקבוצת מילות הניגוד.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'אם' שייכת לקבוצת מילות הזמן.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מחסן מילים: מילות קישור ושפה תיאורית – השלמת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'__________ ירד גשם חזק, נשארנו בבית כל היום.'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'התאחרתי לאוטובוס, __________ רצתי כל הדרך בלי לעצור.'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מחסן מילים: מילות קישור ושפה תיאורית – שפה ציורית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הביטוי 'הלב שלה החסיר פעימה' שייך לקבוצת...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דימויים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מהמילים הבאות היא פועל דיבור שיכול להחליף את המילה 'אמר'?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זינק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רשרוש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מחברת כתיבה: מתכננים, כותבים, בודקים – מכירים את שלבי התכנון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כותבים בתיבת 'בעיה' בחלק התכנון?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תיאור מזג האוויר באותו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משתבש בסיפור ומה הדמות צריכה להשיג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 המילים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חלקים יש במחברת הכתיבה?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שלושה: מתכננים, כותבים, בודקים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מחברת כתיבה: מתכננים, כותבים, בודקים – מתאימים תיבת תכנון לשאלה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דמויות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מתי קורה הסיפור? בוקר, לילה, עבר או עתיד?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 בסיפור? איך הן נראות ומה הן רוצות?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איפה זה קורה? מה רואים, שומעים ומריחים?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מחברת כתיבה: מתכננים, כותבים, בודקים – כותבים ובודקים לפי רשימת התיוג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פתיחה לסיפור: הדמות היא נמלה, והבעיה היא פחד שצריך להתגבר עליו.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בחרו שתי מילות קישור שונות ממחסן המילים וכתבו איתן משפט אחד מהסיפור.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מאגר המשפטים: סוגות ושכבות – זיהוי 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'מי השאיר מפה קטנה בתוך הנעל שלי?' - לאיזו סוגה שייך המשפט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הרפתקה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מדע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'אל תסתכלו למטה!' צעקה סבתא מראש הסולם. - זהו משפט פתיחה בסוגת...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טבע ובעלי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הרפתקה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'השביל נגמר. הצעדים שלי, משום מה, לא.' - משפט זה מתאים לאיזו שכבת 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חט"ב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תיכון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מאגר המשפטים: סוגות ושכבות – סיווג לפי סוג ושכבה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במאגר המשפטים יש משפטי פתיחה, סופים ותפניות, אבל לכל משפט יש גם סוגה ושכבת גיל משלו.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משפט פתיחה בסוגת הרפתקה יכול לעסוק בטיול, מסע או גילוי מקום חדש.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מאגר המשפטים: סוגות ושכבות – השלמת 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משפט שמתאר תעלומה או חקירה שייך בדרך כלל לסוגת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מאגר המשפטים: סוגות ושכבות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מטילים כדי לקבל דמות, מקום ובעיה לסיפור?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גלגל הפתיחות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קוביות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מחסן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קוראים לפעילות שבה מסובבים ומקבלים משפט פתיחה, סוף או תפנית?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מאגר המשפטים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גלגל הפתיחות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מילה היא מילת קישור של ניגוד?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משפט פתיחה מהגלגל או מהמאגר, וכתבו שני משפטים שממשיכים את 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להבדיל בין פתיחה, סוף ותפנית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השתמשתי במילות קישור ובשפה תיאורית בסיפור שכתבתי?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פותחים סיפור · סוגרים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