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ההבדל בין פתיחה, סוף ותפנית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במילות קישור ובשפה תיאורית עשירה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סיפור לפי שלבים: דמות, מקום, בעיה, שיא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בדיקה עצמית לפני סיום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מכירים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סוף או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את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מדע בדיוני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יש 90 סופים לצד 160 פתיחות ו-50 תפניות.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תפנית נכתבת לאמצע הסיפור, לא לסוף.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סינון לפי סוגה ושכבה לפני ההגרלה.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משלימים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גלגל הפתיחות: פתיחה, סוף ותפנית – מתאימים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(מפה, אוצר או שביל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(תעלומה שצריך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(חלל, חלליות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(דרקונים וקסמים)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(מצב מצחיק שמסתבך)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מכירים את הקוביות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'לנעילה' ליד כל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בוחרים רצף ומספרים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השלב הראשון הוא הפתיחה, והשיא מגיע באמצע-סוף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מתאימים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(מציגים את הדמות ואת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(קורה משהו שמניע את הסיפור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(הבעיה הולכת ומסתבכת)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(הרגע הכי מותח או מרגש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(הבעיה נפתרת והמצב משתנה)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קוביות סיפור והר הסיפור – בונים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את שלבי השימוש בקוביות הסיפור: לכתוב סיפור שמחבר בין דמות מקום ובעיה · להטיל את הקוביות · לקרוא מה יצא בכל קובייה · לבחור קובייה אחת לנעילה (לא חובה) · להקריא את הסיפור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את שלבי העבודה עם רצף שלוש התמונות: לכתוב משפט לכל תמונה · לבחור רצף אחד מהרשימה · לחבר את המשפטים לסיפור קצר · להסתכל בשלוש התמונות ולהבין מה קורה בכל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לפי הר הסיפור: שיא · סיום · פתיחה · פתרון · הסתבכות · 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מחסן מילים: מילות קישור ושפה תיאורית – היכרות עם מילות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(מפני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מילות קישור ושפה תיאורית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אבל מבטאת ניגוד בין שני חלקי 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'אם' שייכת לקבוצת מילות התנאי, לא לזמן.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מחסן מילים: מילות קישור ושפה תיאורית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מחסן מילים: מילות קישור ושפה תיאורית – שפה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קליל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מחברת כתיבה: מתכננים, כותבים, בודקים – מכירים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משתבש בסיפור ומה הדמות צריכה להשיג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שלושה: מתכננים, כותבים, 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רואים, שומעים ומריחים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חלק ב׳ -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מחברת כתיבה: מתכננים, כותבים, בודקים – מתאימים תיבת תכנון לשאלה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בסיפור? איך הן נראות ומה הן רוצות?)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(איפה זה קורה? מה רואים, שומעים ומריחים?)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(מתי קורה הסיפור? בוקר, לילה, עבר או עתיד?)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 משתבש? מה הדמות צריכה להשיג?)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הרגע הכי מותח או מרגש בסיפור?)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(איך הבעיה נפתרת ומה השתנה בסוף?)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מחברת כתיבה: מתכננים, כותבים, בודקים – כותבים ובודקים לפי רשימת התיוג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שמציג את הדמות ואת הבעיה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מירכאות ודיבור ישיר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הגיוני שמשלב שתי מילות קישור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לוודא שהסיפור שלם, מובן, מתוקן ויש בו כל מה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מאגר המשפטים: סוגות ושכבות – זיהוי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סוג - פתיחה, סוף או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מאגר המשפטים: סוגות ושכבות – סיווג לפי סוג ושכבה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משפט מסווג גם לפי סוג וגם לפי סוגה ושכבה.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הרפתקה קשורה למסעות ולגילויים.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סינון לפי שלוש שכבות הגיל.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מאגר המשפטים: סוגות ושכבות – השלמת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 ובלשי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מדע בדיוני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מאגר המשפטים: סוגות ושכבות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לציין מאפיין מתאים של הסוגה שמופיע במשפט.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קוביות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גלגל הפתיחות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סוגה ושכבה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שני משפטים הגיוניים שממשיכים את משפט הפתיחה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 עם דמות, מקום ובעיה, הכולל לפחות שתי מילות קישור מהרשימות (למשל: אבל, לכן, פתאום)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קצר ובו דמות מתוארת, מקום ברור, בעיה ופתרון הגיוני לבעיה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איזה משפט הוא פתיחה, סוף או תפנית לפי תפקידו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בכתיבה נמצאות לפחות 2-3 מילות קישור מסוגים שונים ותיאור חושי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בנוי לפי שלבי הר הסיפור ויש בו בעיה ופתרון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ולהקדיש שיעור אחרון לחיבור כל השלבים בכתיבת סיפור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לקצר את המשימות ולהתמקד ברצף 3 תמונות ובמשפטים קצרים ומנוקדים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להיעזר במילון בתמונות ובמשפטים פשוטים יותר ללא ניקוד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חוזר במחסן המילים בכל פרק, כדי שהתלמידים יפנימו את מילות הקישור והשפה התיאורית לאורך כל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לכתוב סיפור. נבחר פתיחה וסוף, נבחר דמות ומקום ובעיה, נשתמש במילים יפות, ונבדוק את הסיפור שלנו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שפותח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האחרון שסוגר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פתאומי באמצע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שהסיפור מספר עליו, גיבור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השלבים: פתיחה, אירוע, הסתבכות, שיא, פתרון, 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הכי מרגש או מותח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משפטים, כמו 'אבל' או 'לכן'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 תיאורית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שמתארות בעזרת חושים ודימויים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הסיפור, כמו הרפתקה, מתח או פנטזיה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דמויות בסיפור, בתוך מירכאות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גלגל הפתיחות: פתיחה, סוף ותפנית – מכירים את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מגרילים בגלגל?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כשיש פתיחה וסוף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סוגה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שם של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גלגל הפתיחות: פתיחה, סוף ותפנית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למצוא גם מאגר של משפטי סוף, לא רק פתיחות.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היא משפט שמתאים רק לסוף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סוגה כמו הרפתקה או פנטזיה לפני שמסובבים את הגלגל.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גלגל הפתיחות: פתיחה, סוף ותפנית – משלימים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כשמגרילים משפט פתיחה, כותבים סיפור __________ בהשראתו.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מגרילים פתיחה וסוף יחד, המשימה היא לכתוב את ה__________ שביניהם.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גלגל הפתיחות: פתיחה, סוף ותפנית – מתאימים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🧭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דרקונים וקסמים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🔍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מצחיק שמסתבך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🚀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תעלומה שצריך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🐉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חלל, חלליות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😂 הומור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מפה, אוצר או שביל מסתורי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קוביות סיפור והר הסיפור – מכירים את הקוביות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בקוביות הסיפור יש שלוש קוביות: דמות, מקום ובעיה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לנעול קובייה אחת ולהטיל רק את שתי האחרות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ברצף שלוש התמונות יש התחלה, אמצע וסוף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הר הסיפור השלב הראשון הוא השיא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קוביות סיפור והר הסיפור – מתאימים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הכי מותח או מרגש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הבעיה נפתרת והמצב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הסתבכות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קורה משהו שמניע את הסיפור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מציגים את הדמות ואת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הבעיה הולכת ומסתבכת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קוביות סיפור והר הסיפור – בונים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הר הסיפור: שיא · סיום · פתיחה · פתרון · הסתבכות · 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שלבי השימוש בקוביות הסיפור: לכתוב סיפור שמחבר בין דמות מקום ובעיה · להטיל את הקוביות · לקרוא מה יצא בכל קובייה · לבחור קובייה אחת לנעילה (לא חובה) · להקריא את הסיפור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שלבי העבודה עם רצף שלוש התמונות: לכתוב משפט לכל תמונה · לבחור רצף אחד מהרשימה · לחבר את המשפטים לסיפור קצר · להסתכל בשלוש התמונות ולהבין מה קורה בכל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מחסן מילים: מילות קישור ושפה תיאורית – היכרות עם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לעומת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מפני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מחסן מילים: מילות קישור ושפה תיאורית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'אבל' שייכת לקבוצת מילות הניגוד.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'אם' שייכת לקבוצת מילות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מחסן מילים: מילות קישור ושפה תיאורית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'__________ ירד גשם חזק, נשארנו בבית כל היום.'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'התאחרתי לאוטובוס, __________ רצתי כל הדרך בלי לעצור.'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מחסן מילים: מילות קישור ושפה תיאורית – שפה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קבוצה שייך הביטוי 'הלב שלה החסיר פעימה'?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במקום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מתאר הדימוי 'קל כמו נוצה'?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קליל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רועש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מחברת כתיבה: מתכננים, כותבים, בודקים – מכירים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בתיבה שנקראת 'בעיה'?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מזג האוויר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משתבש בסיפור ומה הדמות צריכה להשיג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המילים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השם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יש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שלושה: מתכננים, כותבים,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בתיבת 'מקום'?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רואים, שומעים ומריחים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נקרא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כותבים את הסיפור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 -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 -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 -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בכרטיס היציאה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מחברת כתיבה: מתכננים, כותבים, בודקים – מתאימים תיבת תכנון לשאלה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הרגע הכי מותח או מרגש בסיפור?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 קורה הסיפור? בוקר, לילה, עבר או עתיד?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הבעיה נפתרת ומה השתנה בסוף?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איפה זה קורה? מה רואים, שומעים ומריחים?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בסיפור? איך הן נראות ומה הן רוצות?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משתבש? מה הדמות צריכה להשיג?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מחברת כתיבה: מתכננים, כותבים, בודקים – כותבים ובודקים לפי רשימת התיוג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לסיפור: הדמות היא נמלה, והבעיה היא פחד שצריך להתגבר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דיאלוג (דיבור ישיר במירכאות), כפי שדורשת רשימת הבדיקה.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 מילות קישור שונות ממחסן המילים וכתבו איתן משפט אחד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חשוב לעבור על רשימת התיוג לפני שמסיימים לכתוב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מאגר המשפטים: סוגות ושכבות – זיהוי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סוגה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אגדה ומשל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הסוגה של המשפט על הסולם?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טבע ובעלי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וחברות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מתאים המשפט על השביל?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סוגה יש מסעות וגילויים?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מה עוד אפשר לסנן במאגר?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-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מאגר המשפטים: סוגות ושכבות – סיווג לפי סוג ושכבה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המשפטים יש משפטי פתיחה, סופים ותפניות, אבל לכל משפט יש גם סוגה ושכבת גיל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בסוגת הרפתקה יכול לעסוק בטיול, מסע או גילוי מקום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לסנן משפטים גם לפי שכבת גיל: יסודי, חט"ב או 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מאגר המשפטים: סוגות ושכבות – השלמת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שמתאר תעלומה או חקירה שייך בדרך כלל לסוגת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שמתאר חלליות, רובוטים או עתיד רחוק שייך בדרך כלל לסוגת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מאגר המשפטים: סוגות ושכבות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פתיחה מהמאגר וכתבו באיזו סוגה הוא שייך, ומה במשפט עזר לכם לזהות את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משתמשים בו כדי לקבל דמות, מקום ובעיה?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הפתיחות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קוביות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מחסן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לפעילות שבה מסובבים ומקבלים משפט פתיחה, סוף או תפנית?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מאגר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מילת קישור של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בהר הסיפור, מה בא אחרי 'אירוע'?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בחלק א' של מחברת הכתיבה,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שייכת לקבוצת 'פעלי דיבור' במקום המילה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במאגר המשפטים אפשר לסנן משפטים לפי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סוגה ושכבה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שלבים יש בהר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פתיחה מהגלגל או מהמאגר, וכתבו שני משפטים שממשיכים את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קצר על דמות, מקום ובעיה כמו בקוביות הסיפור, והשתמשו בלפחות שתי מילות קישור ממחסן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תכננו סיפור לפי חלק א' במחברת הכתיבה (דמות, מקום, בעיה, פתרון) וכתבו אותו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פתיחה, סוף ותפנית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השתמשתי במילות קישור ובשפה תיאורית בסיפור שכתבתי?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הסיפור שלי כולל דמות, מקום, בעיה ופתרון בסדר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